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F4FE6" w14:textId="7A717FF5" w:rsidR="00056C31" w:rsidRDefault="00DA76BA">
      <w:pPr>
        <w:pStyle w:val="Title"/>
      </w:pPr>
      <w:r>
        <w:t>Guide to the Kenya Railways Job Application</w:t>
      </w:r>
    </w:p>
    <w:p w14:paraId="3B790D03" w14:textId="77777777" w:rsidR="00056C31" w:rsidRDefault="001D43D3">
      <w:pPr>
        <w:pStyle w:val="Heading1"/>
      </w:pPr>
      <w:r>
        <w:t>1. Introduction</w:t>
      </w:r>
    </w:p>
    <w:p w14:paraId="2DF4F97E" w14:textId="0C325801" w:rsidR="00056C31" w:rsidRDefault="001D43D3">
      <w:r>
        <w:t xml:space="preserve">This guide provides step-by-step instructions for candidates on how to search and apply for job opportunities </w:t>
      </w:r>
      <w:r w:rsidR="00C00B06">
        <w:t>via</w:t>
      </w:r>
      <w:r>
        <w:t xml:space="preserve"> the </w:t>
      </w:r>
      <w:r w:rsidR="00C00B06">
        <w:t xml:space="preserve">job-link on the </w:t>
      </w:r>
      <w:r>
        <w:t>career portal</w:t>
      </w:r>
      <w:r w:rsidR="00C00B06">
        <w:t xml:space="preserve"> of Kenya Railways website.</w:t>
      </w:r>
    </w:p>
    <w:p w14:paraId="2A14229A" w14:textId="77777777" w:rsidR="00056C31" w:rsidRDefault="001D43D3">
      <w:pPr>
        <w:pStyle w:val="Heading1"/>
      </w:pPr>
      <w:r>
        <w:t>2. Prerequisites</w:t>
      </w:r>
    </w:p>
    <w:p w14:paraId="1E06B02F" w14:textId="77777777" w:rsidR="00C00B06" w:rsidRDefault="001D43D3" w:rsidP="00C00B06">
      <w:pPr>
        <w:pStyle w:val="ListParagraph"/>
        <w:numPr>
          <w:ilvl w:val="0"/>
          <w:numId w:val="24"/>
        </w:numPr>
      </w:pPr>
      <w:r>
        <w:t>Valid email address</w:t>
      </w:r>
    </w:p>
    <w:p w14:paraId="4D094DCE" w14:textId="77777777" w:rsidR="00C00B06" w:rsidRDefault="001D43D3" w:rsidP="00C00B06">
      <w:pPr>
        <w:pStyle w:val="ListParagraph"/>
        <w:numPr>
          <w:ilvl w:val="0"/>
          <w:numId w:val="24"/>
        </w:numPr>
      </w:pPr>
      <w:r>
        <w:t>Updated resume/CV (PDF or Word)</w:t>
      </w:r>
    </w:p>
    <w:p w14:paraId="38A7B26A" w14:textId="77777777" w:rsidR="00C00B06" w:rsidRDefault="001D43D3" w:rsidP="00C00B06">
      <w:pPr>
        <w:pStyle w:val="ListParagraph"/>
        <w:numPr>
          <w:ilvl w:val="0"/>
          <w:numId w:val="24"/>
        </w:numPr>
      </w:pPr>
      <w:r>
        <w:t>Supporting documents (certificates, cover letter)</w:t>
      </w:r>
    </w:p>
    <w:p w14:paraId="618040E4" w14:textId="19DFC57B" w:rsidR="00056C31" w:rsidRDefault="001D43D3" w:rsidP="00C00B06">
      <w:pPr>
        <w:pStyle w:val="ListParagraph"/>
        <w:numPr>
          <w:ilvl w:val="0"/>
          <w:numId w:val="24"/>
        </w:numPr>
      </w:pPr>
      <w:r>
        <w:t>Stable internet connection</w:t>
      </w:r>
    </w:p>
    <w:p w14:paraId="10464798" w14:textId="77777777" w:rsidR="00056C31" w:rsidRDefault="001D43D3">
      <w:pPr>
        <w:pStyle w:val="Heading1"/>
      </w:pPr>
      <w:r>
        <w:t>3. Accessing the Career Site</w:t>
      </w:r>
    </w:p>
    <w:p w14:paraId="738EE847" w14:textId="77777777" w:rsidR="00DA76BA" w:rsidRDefault="001D43D3" w:rsidP="00DA76BA">
      <w:pPr>
        <w:pStyle w:val="ListParagraph"/>
        <w:numPr>
          <w:ilvl w:val="0"/>
          <w:numId w:val="10"/>
        </w:numPr>
      </w:pPr>
      <w:r>
        <w:t>Open a</w:t>
      </w:r>
      <w:r w:rsidR="00DA76BA">
        <w:t xml:space="preserve"> </w:t>
      </w:r>
      <w:r>
        <w:t>web browser.</w:t>
      </w:r>
    </w:p>
    <w:p w14:paraId="111B891C" w14:textId="7281AB20" w:rsidR="00DA76BA" w:rsidRDefault="00DA76BA" w:rsidP="00DA76BA">
      <w:pPr>
        <w:pStyle w:val="ListParagraph"/>
        <w:numPr>
          <w:ilvl w:val="0"/>
          <w:numId w:val="10"/>
        </w:numPr>
      </w:pPr>
      <w:r>
        <w:t>Go to</w:t>
      </w:r>
      <w:r w:rsidR="001D43D3">
        <w:t xml:space="preserve"> the </w:t>
      </w:r>
      <w:r>
        <w:t xml:space="preserve">Kenya Railways Website – </w:t>
      </w:r>
      <w:hyperlink r:id="rId6" w:history="1">
        <w:r w:rsidRPr="00666FB2">
          <w:rPr>
            <w:rStyle w:val="Hyperlink"/>
          </w:rPr>
          <w:t>www.krc.co.ke</w:t>
        </w:r>
      </w:hyperlink>
    </w:p>
    <w:p w14:paraId="2A98E2C5" w14:textId="01BA2DCC" w:rsidR="00DA76BA" w:rsidRDefault="00DA76BA" w:rsidP="00DA76BA">
      <w:pPr>
        <w:pStyle w:val="ListParagraph"/>
        <w:numPr>
          <w:ilvl w:val="0"/>
          <w:numId w:val="10"/>
        </w:numPr>
      </w:pPr>
      <w:r>
        <w:t>Click on the C</w:t>
      </w:r>
      <w:r w:rsidR="001D43D3">
        <w:t xml:space="preserve">areer </w:t>
      </w:r>
      <w:r w:rsidR="00C7136E">
        <w:t>Tab</w:t>
      </w:r>
      <w:r w:rsidR="001D43D3">
        <w:t>.</w:t>
      </w:r>
    </w:p>
    <w:p w14:paraId="7143B17F" w14:textId="39F52335" w:rsidR="00DA76BA" w:rsidRDefault="00C7136E" w:rsidP="00DA76BA">
      <w:pPr>
        <w:pStyle w:val="ListParagraph"/>
        <w:numPr>
          <w:ilvl w:val="0"/>
          <w:numId w:val="10"/>
        </w:numPr>
      </w:pPr>
      <w:r>
        <w:t>You will be able to review current openings</w:t>
      </w:r>
    </w:p>
    <w:p w14:paraId="2AC362D9" w14:textId="386F3ADF" w:rsidR="00056C31" w:rsidRDefault="00C7136E" w:rsidP="00C7136E">
      <w:r>
        <w:rPr>
          <w:noProof/>
        </w:rPr>
        <w:drawing>
          <wp:inline distT="0" distB="0" distL="0" distR="0" wp14:anchorId="49656408" wp14:editId="673EBCA8">
            <wp:extent cx="5486400" cy="2736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532F" w14:textId="77777777" w:rsidR="00C7136E" w:rsidRDefault="00C7136E" w:rsidP="00C7136E"/>
    <w:p w14:paraId="061F6E09" w14:textId="7ECD0357" w:rsidR="00C7136E" w:rsidRPr="00C7136E" w:rsidRDefault="00C7136E" w:rsidP="00C7136E">
      <w:pPr>
        <w:pStyle w:val="Heading1"/>
      </w:pPr>
      <w:r>
        <w:lastRenderedPageBreak/>
        <w:t>4</w:t>
      </w:r>
      <w:r w:rsidR="001D43D3">
        <w:t>. Viewing Job Details</w:t>
      </w:r>
    </w:p>
    <w:p w14:paraId="2331AC73" w14:textId="2AC73CAB" w:rsidR="00DA76BA" w:rsidRDefault="001D43D3" w:rsidP="00DA76BA">
      <w:pPr>
        <w:pStyle w:val="ListParagraph"/>
        <w:numPr>
          <w:ilvl w:val="0"/>
          <w:numId w:val="14"/>
        </w:numPr>
      </w:pPr>
      <w:r>
        <w:t xml:space="preserve">Click on </w:t>
      </w:r>
      <w:r w:rsidR="00C7136E">
        <w:t>“View Posting” of Specific Job Title</w:t>
      </w:r>
    </w:p>
    <w:p w14:paraId="27A54CAB" w14:textId="0BADE135" w:rsidR="00056C31" w:rsidRDefault="001D43D3" w:rsidP="00DA76BA">
      <w:pPr>
        <w:pStyle w:val="ListParagraph"/>
        <w:numPr>
          <w:ilvl w:val="0"/>
          <w:numId w:val="14"/>
        </w:numPr>
      </w:pPr>
      <w:r>
        <w:t>Review description, responsibilities, qualifications, and deadline.</w:t>
      </w:r>
    </w:p>
    <w:p w14:paraId="28A56B66" w14:textId="217F25B6" w:rsidR="00C7136E" w:rsidRDefault="00C7136E" w:rsidP="00C7136E">
      <w:r>
        <w:rPr>
          <w:noProof/>
        </w:rPr>
        <w:drawing>
          <wp:inline distT="0" distB="0" distL="0" distR="0" wp14:anchorId="25D68C16" wp14:editId="3B1C8ABC">
            <wp:extent cx="5486400" cy="2748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F2F9" w14:textId="78F84BC9" w:rsidR="00056C31" w:rsidRDefault="008374A6">
      <w:pPr>
        <w:pStyle w:val="Heading1"/>
      </w:pPr>
      <w:r>
        <w:t>5</w:t>
      </w:r>
      <w:r w:rsidR="001D43D3">
        <w:t>. Creating a Candidate Profile</w:t>
      </w:r>
    </w:p>
    <w:p w14:paraId="6C7C11A9" w14:textId="77777777" w:rsidR="00DA76BA" w:rsidRDefault="001D43D3" w:rsidP="00DA76BA">
      <w:pPr>
        <w:pStyle w:val="ListParagraph"/>
        <w:numPr>
          <w:ilvl w:val="0"/>
          <w:numId w:val="16"/>
        </w:numPr>
      </w:pPr>
      <w:r>
        <w:t>Click 'Apply Now'.</w:t>
      </w:r>
    </w:p>
    <w:p w14:paraId="32A9D03C" w14:textId="5B2AB0E7" w:rsidR="00DA76BA" w:rsidRDefault="001D43D3" w:rsidP="00DA76BA">
      <w:pPr>
        <w:pStyle w:val="ListParagraph"/>
        <w:numPr>
          <w:ilvl w:val="0"/>
          <w:numId w:val="16"/>
        </w:numPr>
      </w:pPr>
      <w:r>
        <w:t>Select 'Create an Account'.</w:t>
      </w:r>
    </w:p>
    <w:p w14:paraId="0FD16955" w14:textId="1D07373F" w:rsidR="00CA24E1" w:rsidRDefault="00CA24E1" w:rsidP="00CA24E1">
      <w:r>
        <w:rPr>
          <w:noProof/>
        </w:rPr>
        <w:drawing>
          <wp:inline distT="0" distB="0" distL="0" distR="0" wp14:anchorId="38DF26C8" wp14:editId="366E9E28">
            <wp:extent cx="548640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88BB" w14:textId="12D2644E" w:rsidR="00DA76BA" w:rsidRDefault="00CA24E1" w:rsidP="00DA76BA">
      <w:pPr>
        <w:pStyle w:val="ListParagraph"/>
        <w:numPr>
          <w:ilvl w:val="0"/>
          <w:numId w:val="16"/>
        </w:numPr>
      </w:pPr>
      <w:r>
        <w:t>Input details and click on “Create Account”</w:t>
      </w:r>
      <w:r w:rsidR="001D43D3">
        <w:t>.</w:t>
      </w:r>
    </w:p>
    <w:p w14:paraId="2C5EC6CD" w14:textId="77777777" w:rsidR="00CA24E1" w:rsidRDefault="00CA24E1" w:rsidP="008374A6">
      <w:pPr>
        <w:pStyle w:val="ListParagraph"/>
      </w:pPr>
    </w:p>
    <w:p w14:paraId="06C7EC70" w14:textId="061B287C" w:rsidR="00056C31" w:rsidRDefault="00CA24E1" w:rsidP="00CA24E1">
      <w:r>
        <w:rPr>
          <w:noProof/>
        </w:rPr>
        <w:lastRenderedPageBreak/>
        <w:drawing>
          <wp:inline distT="0" distB="0" distL="0" distR="0" wp14:anchorId="5AECC6C8" wp14:editId="29A31821">
            <wp:extent cx="5486400" cy="29648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3E15" w14:textId="1C24EB11" w:rsidR="00056C31" w:rsidRDefault="008374A6">
      <w:pPr>
        <w:pStyle w:val="Heading1"/>
      </w:pPr>
      <w:r>
        <w:t>6</w:t>
      </w:r>
      <w:r w:rsidR="001D43D3">
        <w:t>. Logging In</w:t>
      </w:r>
    </w:p>
    <w:p w14:paraId="1D0ACA6D" w14:textId="77777777" w:rsidR="00DA76BA" w:rsidRDefault="001D43D3" w:rsidP="00DA76BA">
      <w:pPr>
        <w:pStyle w:val="ListParagraph"/>
        <w:numPr>
          <w:ilvl w:val="0"/>
          <w:numId w:val="18"/>
        </w:numPr>
      </w:pPr>
      <w:r>
        <w:t>Enter email and password.</w:t>
      </w:r>
    </w:p>
    <w:p w14:paraId="56488AB6" w14:textId="70E16F38" w:rsidR="00056C31" w:rsidRDefault="001D43D3" w:rsidP="00DA76BA">
      <w:pPr>
        <w:pStyle w:val="ListParagraph"/>
        <w:numPr>
          <w:ilvl w:val="0"/>
          <w:numId w:val="18"/>
        </w:numPr>
      </w:pPr>
      <w:r>
        <w:t>Click Sign In.</w:t>
      </w:r>
    </w:p>
    <w:p w14:paraId="1374B141" w14:textId="3603D597" w:rsidR="00CA24E1" w:rsidRDefault="00CA24E1" w:rsidP="00CA24E1">
      <w:pPr>
        <w:ind w:left="360"/>
      </w:pPr>
      <w:r>
        <w:rPr>
          <w:noProof/>
        </w:rPr>
        <w:drawing>
          <wp:inline distT="0" distB="0" distL="0" distR="0" wp14:anchorId="4C25DA32" wp14:editId="015075A4">
            <wp:extent cx="5486400" cy="28327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5537" w14:textId="1E55D286" w:rsidR="00056C31" w:rsidRDefault="008374A6">
      <w:pPr>
        <w:pStyle w:val="Heading1"/>
      </w:pPr>
      <w:r>
        <w:t>7.</w:t>
      </w:r>
      <w:r w:rsidR="001D43D3">
        <w:t xml:space="preserve"> Completing the Job Application</w:t>
      </w:r>
    </w:p>
    <w:p w14:paraId="3317E471" w14:textId="06BDD6AB" w:rsidR="00056C31" w:rsidRDefault="001D43D3">
      <w:r>
        <w:t>Step 1: Upload Resume</w:t>
      </w:r>
      <w:r>
        <w:br/>
        <w:t>Step 2: Enter Personal Information</w:t>
      </w:r>
      <w:r>
        <w:br/>
        <w:t>Step 3: Add Work Experience &amp; Education</w:t>
      </w:r>
      <w:r>
        <w:br/>
      </w:r>
      <w:r>
        <w:lastRenderedPageBreak/>
        <w:t>Step 4: Answer Application Questions</w:t>
      </w:r>
      <w:r>
        <w:br/>
        <w:t>Step 5: Attach Supporting Documents</w:t>
      </w:r>
    </w:p>
    <w:p w14:paraId="3A37717F" w14:textId="04B124D7" w:rsidR="00056C31" w:rsidRDefault="00CA24E1" w:rsidP="00CA24E1">
      <w:r>
        <w:rPr>
          <w:noProof/>
        </w:rPr>
        <w:drawing>
          <wp:inline distT="0" distB="0" distL="0" distR="0" wp14:anchorId="01739869" wp14:editId="48578F94">
            <wp:extent cx="5486400" cy="27774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DDE9" w14:textId="30E62562" w:rsidR="00CA24E1" w:rsidRPr="00CA24E1" w:rsidRDefault="008374A6" w:rsidP="00CA24E1">
      <w:pPr>
        <w:pStyle w:val="Heading1"/>
      </w:pPr>
      <w:r>
        <w:t>8</w:t>
      </w:r>
      <w:r w:rsidR="001D43D3">
        <w:t>. Application Confirmation</w:t>
      </w:r>
    </w:p>
    <w:p w14:paraId="245E1BC7" w14:textId="0C29C599" w:rsidR="00056C31" w:rsidRDefault="001D43D3">
      <w:r>
        <w:t>Confirmation message and email will be sent.</w:t>
      </w:r>
    </w:p>
    <w:p w14:paraId="398E3D26" w14:textId="6BED1236" w:rsidR="00CA24E1" w:rsidRDefault="00CA24E1">
      <w:r>
        <w:rPr>
          <w:noProof/>
        </w:rPr>
        <w:drawing>
          <wp:inline distT="0" distB="0" distL="0" distR="0" wp14:anchorId="00E09B9B" wp14:editId="67A5E1E1">
            <wp:extent cx="5486400" cy="2078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70F1" w14:textId="5272ABC3" w:rsidR="00056C31" w:rsidRDefault="008374A6">
      <w:pPr>
        <w:pStyle w:val="Heading1"/>
      </w:pPr>
      <w:r>
        <w:t>9</w:t>
      </w:r>
      <w:r w:rsidR="001D43D3">
        <w:t>. Tracking Application Status</w:t>
      </w:r>
    </w:p>
    <w:p w14:paraId="223201DD" w14:textId="77777777" w:rsidR="00C00B06" w:rsidRDefault="001D43D3" w:rsidP="00C00B06">
      <w:pPr>
        <w:pStyle w:val="ListParagraph"/>
        <w:numPr>
          <w:ilvl w:val="0"/>
          <w:numId w:val="22"/>
        </w:numPr>
      </w:pPr>
      <w:r>
        <w:t>Log in.</w:t>
      </w:r>
    </w:p>
    <w:p w14:paraId="75F05805" w14:textId="5DAA4724" w:rsidR="00C00B06" w:rsidRDefault="001D43D3" w:rsidP="00C00B06">
      <w:pPr>
        <w:pStyle w:val="ListParagraph"/>
        <w:numPr>
          <w:ilvl w:val="0"/>
          <w:numId w:val="22"/>
        </w:numPr>
      </w:pPr>
      <w:r>
        <w:t>Go to 'My</w:t>
      </w:r>
      <w:r w:rsidR="008374A6">
        <w:t xml:space="preserve"> Profile’ go to “Jobs Applied”</w:t>
      </w:r>
      <w:r>
        <w:t>.</w:t>
      </w:r>
    </w:p>
    <w:p w14:paraId="1CC8CB9C" w14:textId="68781946" w:rsidR="00CA24E1" w:rsidRDefault="008374A6" w:rsidP="00CA24E1">
      <w:r>
        <w:rPr>
          <w:noProof/>
        </w:rPr>
        <w:lastRenderedPageBreak/>
        <w:drawing>
          <wp:inline distT="0" distB="0" distL="0" distR="0" wp14:anchorId="414FC56B" wp14:editId="2C3CFA5C">
            <wp:extent cx="5486400" cy="25139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1371" w14:textId="32542705" w:rsidR="00056C31" w:rsidRDefault="001D43D3">
      <w:pPr>
        <w:pStyle w:val="Heading1"/>
      </w:pPr>
      <w:r>
        <w:t>1</w:t>
      </w:r>
      <w:r w:rsidR="008374A6">
        <w:t>0</w:t>
      </w:r>
      <w:r>
        <w:t>. Password Reset</w:t>
      </w:r>
    </w:p>
    <w:p w14:paraId="46CD1F2A" w14:textId="45E54B56" w:rsidR="00C00B06" w:rsidRDefault="001D43D3" w:rsidP="00C00B06">
      <w:pPr>
        <w:pStyle w:val="ListParagraph"/>
        <w:numPr>
          <w:ilvl w:val="0"/>
          <w:numId w:val="23"/>
        </w:numPr>
      </w:pPr>
      <w:r>
        <w:t xml:space="preserve">Click </w:t>
      </w:r>
      <w:r w:rsidR="008374A6">
        <w:t>‘Options’ and check ‘</w:t>
      </w:r>
      <w:proofErr w:type="gramStart"/>
      <w:r w:rsidR="008374A6">
        <w:t>settings’</w:t>
      </w:r>
      <w:proofErr w:type="gramEnd"/>
      <w:r>
        <w:t>.</w:t>
      </w:r>
    </w:p>
    <w:p w14:paraId="286EE97C" w14:textId="77777777" w:rsidR="00C00B06" w:rsidRDefault="001D43D3" w:rsidP="00C00B06">
      <w:pPr>
        <w:pStyle w:val="ListParagraph"/>
        <w:numPr>
          <w:ilvl w:val="0"/>
          <w:numId w:val="23"/>
        </w:numPr>
      </w:pPr>
      <w:r>
        <w:t>Enter email.</w:t>
      </w:r>
    </w:p>
    <w:p w14:paraId="59A997C3" w14:textId="626E9388" w:rsidR="00056C31" w:rsidRDefault="001D43D3" w:rsidP="00C00B06">
      <w:pPr>
        <w:pStyle w:val="ListParagraph"/>
        <w:numPr>
          <w:ilvl w:val="0"/>
          <w:numId w:val="23"/>
        </w:numPr>
      </w:pPr>
      <w:r>
        <w:t xml:space="preserve">Follow </w:t>
      </w:r>
      <w:proofErr w:type="gramStart"/>
      <w:r>
        <w:t>instructions..</w:t>
      </w:r>
      <w:proofErr w:type="gramEnd"/>
    </w:p>
    <w:p w14:paraId="13B4A5D1" w14:textId="19FBAF3C" w:rsidR="008374A6" w:rsidRDefault="008374A6" w:rsidP="008374A6">
      <w:r>
        <w:rPr>
          <w:noProof/>
        </w:rPr>
        <w:drawing>
          <wp:inline distT="0" distB="0" distL="0" distR="0" wp14:anchorId="41930570" wp14:editId="5E1F9191">
            <wp:extent cx="5486400" cy="27362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8AC0" w14:textId="39FDE96F" w:rsidR="008374A6" w:rsidRDefault="008374A6" w:rsidP="008374A6">
      <w:pPr>
        <w:pStyle w:val="Heading1"/>
      </w:pPr>
      <w:r>
        <w:t>1</w:t>
      </w:r>
      <w:r>
        <w:t>1</w:t>
      </w:r>
      <w:r>
        <w:t xml:space="preserve">. </w:t>
      </w:r>
      <w:r>
        <w:t>How to Confirm Interview</w:t>
      </w:r>
    </w:p>
    <w:p w14:paraId="1B8BB58A" w14:textId="057B47D6" w:rsidR="008374A6" w:rsidRDefault="008374A6" w:rsidP="008374A6">
      <w:pPr>
        <w:pStyle w:val="ListParagraph"/>
        <w:numPr>
          <w:ilvl w:val="0"/>
          <w:numId w:val="26"/>
        </w:numPr>
      </w:pPr>
      <w:r>
        <w:t>Candidate will be notified via email in Candidate Profile</w:t>
      </w:r>
      <w:r>
        <w:t>.</w:t>
      </w:r>
    </w:p>
    <w:p w14:paraId="657F9E14" w14:textId="5C06D314" w:rsidR="008374A6" w:rsidRDefault="008374A6" w:rsidP="008374A6">
      <w:r>
        <w:rPr>
          <w:noProof/>
        </w:rPr>
        <w:lastRenderedPageBreak/>
        <w:drawing>
          <wp:inline distT="0" distB="0" distL="0" distR="0" wp14:anchorId="7791464C" wp14:editId="142B4BC7">
            <wp:extent cx="5486400" cy="14533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928A" w14:textId="4875EFD2" w:rsidR="008374A6" w:rsidRDefault="008374A6" w:rsidP="008374A6">
      <w:r>
        <w:rPr>
          <w:noProof/>
        </w:rPr>
        <w:drawing>
          <wp:inline distT="0" distB="0" distL="0" distR="0" wp14:anchorId="6F7E26A0" wp14:editId="04722AE9">
            <wp:extent cx="5486400" cy="236633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BF39F" w14:textId="77777777" w:rsidR="008374A6" w:rsidRDefault="008374A6" w:rsidP="008374A6">
      <w:pPr>
        <w:pStyle w:val="ListParagraph"/>
        <w:numPr>
          <w:ilvl w:val="0"/>
          <w:numId w:val="26"/>
        </w:numPr>
      </w:pPr>
      <w:r>
        <w:t>Log in Kenya Railways Career Portal</w:t>
      </w:r>
    </w:p>
    <w:p w14:paraId="59C0235B" w14:textId="46263220" w:rsidR="008374A6" w:rsidRDefault="008374A6" w:rsidP="008374A6">
      <w:pPr>
        <w:pStyle w:val="ListParagraph"/>
        <w:numPr>
          <w:ilvl w:val="0"/>
          <w:numId w:val="26"/>
        </w:numPr>
      </w:pPr>
      <w:r>
        <w:t>Go to option under “My Interviews”</w:t>
      </w:r>
    </w:p>
    <w:p w14:paraId="3B194B0D" w14:textId="13071D33" w:rsidR="008374A6" w:rsidRDefault="008374A6" w:rsidP="008374A6">
      <w:pPr>
        <w:pStyle w:val="ListParagraph"/>
        <w:numPr>
          <w:ilvl w:val="0"/>
          <w:numId w:val="26"/>
        </w:numPr>
      </w:pPr>
      <w:r>
        <w:t xml:space="preserve">Follow </w:t>
      </w:r>
      <w:proofErr w:type="gramStart"/>
      <w:r>
        <w:t>instructions..</w:t>
      </w:r>
      <w:proofErr w:type="gramEnd"/>
    </w:p>
    <w:p w14:paraId="12F7DF22" w14:textId="73F87B2B" w:rsidR="00D21C65" w:rsidRDefault="00D21C65" w:rsidP="00D21C65"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4666D79" wp14:editId="54A25DE2">
            <wp:extent cx="5486400" cy="2509788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Nterview Confirmation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A192F" w14:textId="45128EAB" w:rsidR="00D21C65" w:rsidRDefault="00D21C65" w:rsidP="00D21C65"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73F81102" wp14:editId="2A870C70">
            <wp:extent cx="5486400" cy="2492768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Nterview Confirmation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3CA1" w14:textId="50108F86" w:rsidR="00D21C65" w:rsidRDefault="00D21C65" w:rsidP="00D21C65">
      <w:pPr>
        <w:pStyle w:val="Heading1"/>
      </w:pPr>
      <w:r>
        <w:t xml:space="preserve">11. How to Confirm </w:t>
      </w:r>
      <w:r>
        <w:t>Offer Letter</w:t>
      </w:r>
    </w:p>
    <w:p w14:paraId="34CFC534" w14:textId="77777777" w:rsidR="00D21C65" w:rsidRDefault="00D21C65" w:rsidP="00D21C65">
      <w:pPr>
        <w:pStyle w:val="ListParagraph"/>
        <w:numPr>
          <w:ilvl w:val="0"/>
          <w:numId w:val="27"/>
        </w:numPr>
      </w:pPr>
      <w:r>
        <w:t>Candidate will be notified via email in Candidate Profile.</w:t>
      </w:r>
    </w:p>
    <w:p w14:paraId="030ECE6D" w14:textId="77777777" w:rsidR="00D21C65" w:rsidRDefault="00D21C65" w:rsidP="00D21C65">
      <w:pPr>
        <w:pStyle w:val="ListParagraph"/>
        <w:numPr>
          <w:ilvl w:val="0"/>
          <w:numId w:val="27"/>
        </w:numPr>
      </w:pPr>
      <w:r>
        <w:t>Log in Kenya Railways Career Portal</w:t>
      </w:r>
    </w:p>
    <w:p w14:paraId="6A11EF08" w14:textId="77777777" w:rsidR="00D21C65" w:rsidRDefault="00D21C65" w:rsidP="00D21C65">
      <w:pPr>
        <w:pStyle w:val="ListParagraph"/>
        <w:numPr>
          <w:ilvl w:val="0"/>
          <w:numId w:val="27"/>
        </w:numPr>
      </w:pPr>
      <w:r>
        <w:t>Go to option under “My Interviews”</w:t>
      </w:r>
    </w:p>
    <w:p w14:paraId="71415429" w14:textId="088F6C39" w:rsidR="00D21C65" w:rsidRDefault="00D21C65" w:rsidP="00D21C65">
      <w:pPr>
        <w:pStyle w:val="ListParagraph"/>
        <w:numPr>
          <w:ilvl w:val="0"/>
          <w:numId w:val="27"/>
        </w:numPr>
      </w:pPr>
      <w:r>
        <w:t>Follow instructions.</w:t>
      </w:r>
    </w:p>
    <w:p w14:paraId="01378D85" w14:textId="60E482E3" w:rsidR="00D21C65" w:rsidRDefault="00D21C65" w:rsidP="00D21C65">
      <w:r>
        <w:rPr>
          <w:noProof/>
        </w:rPr>
        <w:drawing>
          <wp:inline distT="0" distB="0" distL="0" distR="0" wp14:anchorId="10A98253" wp14:editId="26E601EC">
            <wp:extent cx="5486400" cy="25279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3B99" w14:textId="6745DFF6" w:rsidR="00D21C65" w:rsidRDefault="00D21C65" w:rsidP="00D21C65">
      <w:r>
        <w:rPr>
          <w:noProof/>
        </w:rPr>
        <w:lastRenderedPageBreak/>
        <w:drawing>
          <wp:inline distT="0" distB="0" distL="0" distR="0" wp14:anchorId="7EADD7E0" wp14:editId="689180BD">
            <wp:extent cx="5486400" cy="2762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C6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C315C6"/>
    <w:multiLevelType w:val="hybridMultilevel"/>
    <w:tmpl w:val="C694B46A"/>
    <w:lvl w:ilvl="0" w:tplc="C7A6C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CE5284"/>
    <w:multiLevelType w:val="hybridMultilevel"/>
    <w:tmpl w:val="87C65E14"/>
    <w:lvl w:ilvl="0" w:tplc="6E2CF90A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AF5E52"/>
    <w:multiLevelType w:val="hybridMultilevel"/>
    <w:tmpl w:val="511C004A"/>
    <w:lvl w:ilvl="0" w:tplc="F6B4E6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6C112B"/>
    <w:multiLevelType w:val="hybridMultilevel"/>
    <w:tmpl w:val="B3D0AADA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A60393"/>
    <w:multiLevelType w:val="hybridMultilevel"/>
    <w:tmpl w:val="81B0CE0A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424099"/>
    <w:multiLevelType w:val="hybridMultilevel"/>
    <w:tmpl w:val="D4F2F1F8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C58EE"/>
    <w:multiLevelType w:val="hybridMultilevel"/>
    <w:tmpl w:val="495A6D60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74383A"/>
    <w:multiLevelType w:val="hybridMultilevel"/>
    <w:tmpl w:val="9A34306A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7F0540"/>
    <w:multiLevelType w:val="hybridMultilevel"/>
    <w:tmpl w:val="6AA6E596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3FB439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0A281A"/>
    <w:multiLevelType w:val="hybridMultilevel"/>
    <w:tmpl w:val="6158C5BC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503AD"/>
    <w:multiLevelType w:val="hybridMultilevel"/>
    <w:tmpl w:val="495A6D60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943F0"/>
    <w:multiLevelType w:val="hybridMultilevel"/>
    <w:tmpl w:val="35A69D48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0116D"/>
    <w:multiLevelType w:val="hybridMultilevel"/>
    <w:tmpl w:val="64188A88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4C7419"/>
    <w:multiLevelType w:val="hybridMultilevel"/>
    <w:tmpl w:val="495A6D60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11DA4"/>
    <w:multiLevelType w:val="hybridMultilevel"/>
    <w:tmpl w:val="473C172A"/>
    <w:lvl w:ilvl="0" w:tplc="0ACA5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5F2B36"/>
    <w:multiLevelType w:val="hybridMultilevel"/>
    <w:tmpl w:val="0AC2F084"/>
    <w:lvl w:ilvl="0" w:tplc="FB7C9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6F0E85"/>
    <w:multiLevelType w:val="hybridMultilevel"/>
    <w:tmpl w:val="4E4C1A14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C65E40"/>
    <w:multiLevelType w:val="hybridMultilevel"/>
    <w:tmpl w:val="565C92AC"/>
    <w:lvl w:ilvl="0" w:tplc="F190A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3"/>
  </w:num>
  <w:num w:numId="11">
    <w:abstractNumId w:val="24"/>
  </w:num>
  <w:num w:numId="12">
    <w:abstractNumId w:val="20"/>
  </w:num>
  <w:num w:numId="13">
    <w:abstractNumId w:val="23"/>
  </w:num>
  <w:num w:numId="14">
    <w:abstractNumId w:val="12"/>
  </w:num>
  <w:num w:numId="15">
    <w:abstractNumId w:val="9"/>
  </w:num>
  <w:num w:numId="16">
    <w:abstractNumId w:val="17"/>
  </w:num>
  <w:num w:numId="17">
    <w:abstractNumId w:val="26"/>
  </w:num>
  <w:num w:numId="18">
    <w:abstractNumId w:val="18"/>
  </w:num>
  <w:num w:numId="19">
    <w:abstractNumId w:val="11"/>
  </w:num>
  <w:num w:numId="20">
    <w:abstractNumId w:val="14"/>
  </w:num>
  <w:num w:numId="21">
    <w:abstractNumId w:val="21"/>
  </w:num>
  <w:num w:numId="22">
    <w:abstractNumId w:val="25"/>
  </w:num>
  <w:num w:numId="23">
    <w:abstractNumId w:val="22"/>
  </w:num>
  <w:num w:numId="24">
    <w:abstractNumId w:val="16"/>
  </w:num>
  <w:num w:numId="25">
    <w:abstractNumId w:val="10"/>
  </w:num>
  <w:num w:numId="26">
    <w:abstractNumId w:val="19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2859"/>
    <w:rsid w:val="00056C31"/>
    <w:rsid w:val="0006063C"/>
    <w:rsid w:val="0015074B"/>
    <w:rsid w:val="001D43D3"/>
    <w:rsid w:val="0029639D"/>
    <w:rsid w:val="00326F90"/>
    <w:rsid w:val="008374A6"/>
    <w:rsid w:val="00AA1D8D"/>
    <w:rsid w:val="00B47730"/>
    <w:rsid w:val="00C00B06"/>
    <w:rsid w:val="00C7136E"/>
    <w:rsid w:val="00CA24E1"/>
    <w:rsid w:val="00CB0664"/>
    <w:rsid w:val="00D21C65"/>
    <w:rsid w:val="00DA76B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D2BF2D"/>
  <w14:defaultImageDpi w14:val="300"/>
  <w15:docId w15:val="{64794C6C-A1BB-4416-A56F-0E635B58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DA76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krc.co.ke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FD744D-A471-429F-A222-57829575C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brian oluoch</cp:lastModifiedBy>
  <cp:revision>2</cp:revision>
  <dcterms:created xsi:type="dcterms:W3CDTF">2026-04-06T19:50:00Z</dcterms:created>
  <dcterms:modified xsi:type="dcterms:W3CDTF">2026-04-06T19:50:00Z</dcterms:modified>
  <cp:category/>
</cp:coreProperties>
</file>